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c>
          <w:tcPr>
            <w:tcW w:type="dxa" w:w="9576"/>
            <w:shd w:fill="187D78"/>
            <w:tcBorders>
              <w:top w:val="single" w:sz="0" w:color="187D78"/>
              <w:start w:val="single" w:sz="0" w:color="187D78"/>
              <w:bottom w:val="single" w:sz="0" w:color="187D78"/>
              <w:end w:val="single" w:sz="0" w:color="187D78"/>
              <w:insideH w:val="single" w:sz="0" w:color="187D78"/>
              <w:insideV w:val="single" w:sz="0" w:color="187D78"/>
            </w:tcBorders>
            <w:tcMar>
              <w:top w:w="150" w:type="dxa"/>
              <w:start w:w="120" w:type="dxa"/>
              <w:bottom w:w="15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LEAN PAIN RELIEF INITIATIVE</w:t>
            </w:r>
          </w:p>
        </w:tc>
      </w:tr>
    </w:tbl>
    <w:p>
      <w:pPr>
        <w:keepNext w:val="0"/>
        <w:spacing w:before="0" w:after="680" w:line="259" w:lineRule="auto"/>
      </w:pPr>
      <w:r>
        <w:rPr>
          <w:rFonts w:ascii="Arial" w:hAnsi="Arial"/>
          <w:b w:val="0"/>
          <w:i w:val="0"/>
          <w:color w:val="232B31"/>
          <w:sz w:val="21"/>
        </w:rPr>
      </w:r>
    </w:p>
    <w:p>
      <w:pPr>
        <w:pStyle w:val="Title"/>
        <w:spacing w:after="240"/>
        <w:jc w:val="center"/>
      </w:pPr>
      <w:r>
        <w:rPr>
          <w:rFonts w:ascii="Arial" w:hAnsi="Arial"/>
          <w:b/>
          <w:color w:val="000000"/>
          <w:sz w:val="58"/>
        </w:rPr>
        <w:t>7 Day Pain and Function Journal</w:t>
      </w:r>
    </w:p>
    <w:p>
      <w:pPr>
        <w:keepNext w:val="0"/>
        <w:spacing w:before="0" w:after="520" w:line="288" w:lineRule="auto"/>
        <w:jc w:val="center"/>
      </w:pPr>
      <w:r>
        <w:rPr>
          <w:rFonts w:ascii="Arial" w:hAnsi="Arial"/>
          <w:b w:val="0"/>
          <w:i w:val="0"/>
          <w:color w:val="5C666E"/>
          <w:sz w:val="26"/>
        </w:rPr>
        <w:t>A practical tool to help you notice patterns and prepare for conversations with your healthcare professional</w:t>
      </w:r>
    </w:p>
    <w:p>
      <w:pPr>
        <w:keepNext w:val="0"/>
        <w:spacing w:before="0" w:after="140" w:line="259" w:lineRule="auto"/>
        <w:jc w:val="center"/>
      </w:pPr>
      <w:r>
        <w:rPr>
          <w:rFonts w:ascii="Arial" w:hAnsi="Arial"/>
          <w:b/>
          <w:i w:val="0"/>
          <w:color w:val="000000"/>
          <w:sz w:val="34"/>
        </w:rPr>
        <w:t>Pain is more than a number</w:t>
      </w:r>
    </w:p>
    <w:p>
      <w:pPr>
        <w:keepNext w:val="0"/>
        <w:spacing w:before="0" w:after="720" w:line="278" w:lineRule="auto"/>
        <w:jc w:val="center"/>
      </w:pPr>
      <w:r>
        <w:rPr>
          <w:rFonts w:ascii="Arial" w:hAnsi="Arial"/>
          <w:b w:val="0"/>
          <w:i w:val="0"/>
          <w:color w:val="232B31"/>
          <w:sz w:val="23"/>
        </w:rPr>
        <w:t>Track how pain affects sleep, movement, mood, daily activities, and the goals that matter to you.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136"/>
      </w:tblGrid>
      <w:tr>
        <w:tc>
          <w:tcPr>
            <w:tcW w:type="dxa" w:w="8136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5C666E"/>
                <w:sz w:val="18"/>
              </w:rPr>
              <w:t>Name or initials optional</w:t>
              <w:br/>
            </w:r>
            <w:r>
              <w:rPr>
                <w:rFonts w:ascii="Arial" w:hAnsi="Arial"/>
                <w:color w:val="232B31"/>
                <w:sz w:val="20"/>
              </w:rPr>
              <w:t>____________________________________________________________</w:t>
            </w:r>
          </w:p>
        </w:tc>
      </w:tr>
      <w:tr>
        <w:tc>
          <w:tcPr>
            <w:tcW w:type="dxa" w:w="8136"/>
            <w:shd w:fill="FFFFFF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5C666E"/>
                <w:sz w:val="18"/>
              </w:rPr>
              <w:t>Week beginning</w:t>
              <w:br/>
            </w:r>
            <w:r>
              <w:rPr>
                <w:rFonts w:ascii="Arial" w:hAnsi="Arial"/>
                <w:color w:val="232B31"/>
                <w:sz w:val="20"/>
              </w:rPr>
              <w:t>____________________________________________________________</w:t>
            </w:r>
          </w:p>
        </w:tc>
      </w:tr>
      <w:tr>
        <w:tc>
          <w:tcPr>
            <w:tcW w:type="dxa" w:w="8136"/>
            <w:shd w:fill="EDF4F8"/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tcMar>
              <w:top w:w="140" w:type="dxa"/>
              <w:start w:w="120" w:type="dxa"/>
              <w:bottom w:w="14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5C666E"/>
                <w:sz w:val="18"/>
              </w:rPr>
              <w:t>Healthcare professional or clinic optional</w:t>
              <w:br/>
            </w:r>
            <w:r>
              <w:rPr>
                <w:rFonts w:ascii="Arial" w:hAnsi="Arial"/>
                <w:color w:val="232B31"/>
                <w:sz w:val="20"/>
              </w:rPr>
              <w:t>____________________________________________________________</w:t>
            </w:r>
          </w:p>
        </w:tc>
      </w:tr>
    </w:tbl>
    <w:p>
      <w:pPr>
        <w:keepNext w:val="0"/>
        <w:spacing w:before="520" w:after="0" w:line="259" w:lineRule="auto"/>
        <w:jc w:val="center"/>
      </w:pPr>
      <w:r>
        <w:rPr>
          <w:rFonts w:ascii="Arial" w:hAnsi="Arial"/>
          <w:b w:val="0"/>
          <w:i/>
          <w:color w:val="5C666E"/>
          <w:sz w:val="19"/>
        </w:rPr>
        <w:t>Keep this journal private. Share only the pages you choose with people involved in your care.</w:t>
      </w:r>
    </w:p>
    <w:p>
      <w:r>
        <w:br w:type="page"/>
      </w:r>
    </w:p>
    <w:p>
      <w:pPr>
        <w:keepNext/>
        <w:spacing w:before="0" w:after="40"/>
      </w:pPr>
      <w:r>
        <w:rPr>
          <w:rFonts w:ascii="Arial" w:hAnsi="Arial"/>
          <w:b/>
          <w:color w:val="187D78"/>
          <w:sz w:val="17"/>
        </w:rPr>
        <w:t>GETTING STARTED</w:t>
      </w:r>
    </w:p>
    <w:p>
      <w:pPr>
        <w:pStyle w:val="Heading1"/>
        <w:keepNext/>
        <w:spacing w:before="0" w:after="100"/>
      </w:pPr>
      <w:r>
        <w:rPr>
          <w:rFonts w:ascii="Arial" w:hAnsi="Arial"/>
          <w:b/>
          <w:color w:val="000000"/>
          <w:sz w:val="34"/>
        </w:rPr>
        <w:t>How to Use This Journal</w:t>
      </w:r>
    </w:p>
    <w:p>
      <w:pPr>
        <w:keepNext w:val="0"/>
        <w:spacing w:before="0" w:after="160" w:line="259" w:lineRule="auto"/>
      </w:pPr>
      <w:r>
        <w:rPr>
          <w:rFonts w:ascii="Arial" w:hAnsi="Arial"/>
          <w:b w:val="0"/>
          <w:i w:val="0"/>
          <w:color w:val="5C666E"/>
          <w:sz w:val="20"/>
        </w:rPr>
        <w:t>Complete one daily page at about the same time each day. Most entries should take about five minutes.</w:t>
      </w:r>
    </w:p>
    <w:p>
      <w:pPr>
        <w:pStyle w:val="Heading2"/>
        <w:keepNext/>
        <w:spacing w:before="0" w:after="60"/>
      </w:pPr>
      <w:r>
        <w:rPr>
          <w:rFonts w:ascii="Arial" w:hAnsi="Arial"/>
          <w:b/>
          <w:color w:val="000000"/>
          <w:sz w:val="25"/>
        </w:rPr>
        <w:t>What to Record</w:t>
      </w:r>
    </w:p>
    <w:p>
      <w:pPr>
        <w:pStyle w:val="ListBullet"/>
        <w:spacing w:after="60" w:line="252" w:lineRule="auto"/>
        <w:ind w:left="317" w:hanging="173"/>
      </w:pPr>
      <w:r>
        <w:rPr>
          <w:rFonts w:ascii="Arial" w:hAnsi="Arial"/>
          <w:color w:val="232B31"/>
          <w:sz w:val="20"/>
        </w:rPr>
        <w:t>Where the pain is, what it feels like, and how intense it has been.</w:t>
      </w:r>
    </w:p>
    <w:p>
      <w:pPr>
        <w:pStyle w:val="ListBullet"/>
        <w:spacing w:after="60" w:line="252" w:lineRule="auto"/>
        <w:ind w:left="317" w:hanging="173"/>
      </w:pPr>
      <w:r>
        <w:rPr>
          <w:rFonts w:ascii="Arial" w:hAnsi="Arial"/>
          <w:color w:val="232B31"/>
          <w:sz w:val="20"/>
        </w:rPr>
        <w:t>How pain affects sleep, movement, mood, and everyday activities.</w:t>
      </w:r>
    </w:p>
    <w:p>
      <w:pPr>
        <w:pStyle w:val="ListBullet"/>
        <w:spacing w:after="60" w:line="252" w:lineRule="auto"/>
        <w:ind w:left="317" w:hanging="173"/>
      </w:pPr>
      <w:r>
        <w:rPr>
          <w:rFonts w:ascii="Arial" w:hAnsi="Arial"/>
          <w:color w:val="232B31"/>
          <w:sz w:val="20"/>
        </w:rPr>
        <w:t>What you tried, what helped, and any side effects or concerns.</w:t>
      </w:r>
    </w:p>
    <w:p>
      <w:pPr>
        <w:pStyle w:val="ListBullet"/>
        <w:spacing w:after="60" w:line="252" w:lineRule="auto"/>
        <w:ind w:left="317" w:hanging="173"/>
      </w:pPr>
      <w:r>
        <w:rPr>
          <w:rFonts w:ascii="Arial" w:hAnsi="Arial"/>
          <w:color w:val="232B31"/>
          <w:sz w:val="20"/>
        </w:rPr>
        <w:t>One functional goal, such as walking to the mailbox, cooking a meal, or sleeping longer.</w:t>
      </w:r>
    </w:p>
    <w:p>
      <w:pPr>
        <w:pStyle w:val="Heading2"/>
        <w:keepNext/>
        <w:spacing w:before="100" w:after="80"/>
      </w:pPr>
      <w:r>
        <w:rPr>
          <w:rFonts w:ascii="Arial" w:hAnsi="Arial"/>
          <w:b/>
          <w:color w:val="000000"/>
          <w:sz w:val="25"/>
        </w:rPr>
        <w:t>Four Simple Steps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8784"/>
      </w:tblGrid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9"/>
              </w:rPr>
              <w:t>1</w:t>
            </w:r>
          </w:p>
        </w:tc>
        <w:tc>
          <w:tcPr>
            <w:tcW w:type="dxa" w:w="87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9"/>
              </w:rPr>
              <w:t>Complete the pain overview and body map once at the start of the week.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9"/>
              </w:rPr>
              <w:t>2</w:t>
            </w:r>
          </w:p>
        </w:tc>
        <w:tc>
          <w:tcPr>
            <w:tcW w:type="dxa" w:w="87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9"/>
              </w:rPr>
              <w:t>Use one daily page each day. Honest estimates are more useful than perfect numbers.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9"/>
              </w:rPr>
              <w:t>3</w:t>
            </w:r>
          </w:p>
        </w:tc>
        <w:tc>
          <w:tcPr>
            <w:tcW w:type="dxa" w:w="87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9"/>
              </w:rPr>
              <w:t>Review the week for patterns in activity, sleep, mood, treatments, and pain.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9"/>
              </w:rPr>
              <w:t>4</w:t>
            </w:r>
          </w:p>
        </w:tc>
        <w:tc>
          <w:tcPr>
            <w:tcW w:type="dxa" w:w="87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9"/>
              </w:rPr>
              <w:t>Bring the appointment summary to your next healthcare visit if you wish.</w:t>
            </w:r>
          </w:p>
        </w:tc>
      </w:tr>
    </w:tbl>
    <w:p>
      <w:pPr>
        <w:spacing w:after="20"/>
      </w:pPr>
    </w:p>
    <w:p>
      <w:pPr>
        <w:keepNext w:val="0"/>
        <w:spacing w:before="100" w:after="100" w:line="259" w:lineRule="auto"/>
      </w:pPr>
      <w:r>
        <w:rPr>
          <w:rFonts w:ascii="Arial" w:hAnsi="Arial"/>
          <w:b/>
          <w:color w:val="232B31"/>
          <w:sz w:val="19"/>
        </w:rPr>
        <w:t xml:space="preserve">Use the scales consistently. </w:t>
      </w:r>
      <w:r>
        <w:rPr>
          <w:rFonts w:ascii="Arial" w:hAnsi="Arial"/>
          <w:color w:val="232B31"/>
          <w:sz w:val="19"/>
        </w:rPr>
        <w:t>On each 0 to 10 scale, 0 means none and 10 means the highest level described. Your score does not need to match anyone else's.</w:t>
      </w:r>
    </w:p>
    <w:p>
      <w:pPr>
        <w:keepNext w:val="0"/>
        <w:spacing w:before="0" w:after="100" w:line="259" w:lineRule="auto"/>
      </w:pPr>
      <w:r>
        <w:rPr>
          <w:rFonts w:ascii="Arial" w:hAnsi="Arial"/>
          <w:b/>
          <w:color w:val="232B31"/>
          <w:sz w:val="19"/>
        </w:rPr>
        <w:t xml:space="preserve">Do not change medication on your own. </w:t>
      </w:r>
      <w:r>
        <w:rPr>
          <w:rFonts w:ascii="Arial" w:hAnsi="Arial"/>
          <w:color w:val="232B31"/>
          <w:sz w:val="19"/>
        </w:rPr>
        <w:t>Record medicines exactly as taken, but do not start, stop, taper, or change a dose without guidance from the prescriber or pharmacist. This includes opioid medication.</w:t>
      </w:r>
    </w:p>
    <w:p>
      <w:pPr>
        <w:keepNext w:val="0"/>
        <w:spacing w:before="0" w:after="100" w:line="259" w:lineRule="auto"/>
      </w:pPr>
      <w:r>
        <w:rPr>
          <w:rFonts w:ascii="Arial" w:hAnsi="Arial"/>
          <w:b/>
          <w:color w:val="232B31"/>
          <w:sz w:val="19"/>
        </w:rPr>
        <w:t xml:space="preserve">Get urgent help when needed. </w:t>
      </w:r>
      <w:r>
        <w:rPr>
          <w:rFonts w:ascii="Arial" w:hAnsi="Arial"/>
          <w:color w:val="232B31"/>
          <w:sz w:val="19"/>
        </w:rPr>
        <w:t>This journal cannot determine whether symptoms are an emergency. Call 911 in the United States or your local emergency number for severe or life-threatening symptoms. Promptly contact a qualified healthcare professional about new or worsening pain or other concerning symptoms.</w:t>
      </w:r>
    </w:p>
    <w:p>
      <w:pPr>
        <w:keepNext w:val="0"/>
        <w:spacing w:before="120" w:after="0" w:line="259" w:lineRule="auto"/>
      </w:pPr>
      <w:r>
        <w:rPr>
          <w:rFonts w:ascii="Arial" w:hAnsi="Arial"/>
          <w:b w:val="0"/>
          <w:i/>
          <w:color w:val="5C666E"/>
          <w:sz w:val="18"/>
        </w:rPr>
        <w:t>This educational resource supports communication and self-observation. It does not diagnose a condition, recommend treatment, or create a clinician-patient relationship.</w:t>
      </w:r>
    </w:p>
    <w:p>
      <w:r>
        <w:br w:type="page"/>
      </w:r>
    </w:p>
    <w:p>
      <w:pPr>
        <w:keepNext/>
        <w:spacing w:before="0" w:after="40"/>
      </w:pPr>
      <w:r>
        <w:rPr>
          <w:rFonts w:ascii="Arial" w:hAnsi="Arial"/>
          <w:b/>
          <w:color w:val="187D78"/>
          <w:sz w:val="17"/>
        </w:rPr>
        <w:t>MY STARTING POINT</w:t>
      </w:r>
    </w:p>
    <w:p>
      <w:pPr>
        <w:pStyle w:val="Heading1"/>
        <w:keepNext/>
        <w:spacing w:before="0" w:after="100"/>
      </w:pPr>
      <w:r>
        <w:rPr>
          <w:rFonts w:ascii="Arial" w:hAnsi="Arial"/>
          <w:b/>
          <w:color w:val="000000"/>
          <w:sz w:val="34"/>
        </w:rPr>
        <w:t>Pain Overview</w:t>
      </w:r>
    </w:p>
    <w:p>
      <w:pPr>
        <w:keepNext w:val="0"/>
        <w:spacing w:before="0" w:after="160" w:line="259" w:lineRule="auto"/>
      </w:pPr>
      <w:r>
        <w:rPr>
          <w:rFonts w:ascii="Arial" w:hAnsi="Arial"/>
          <w:b w:val="0"/>
          <w:i w:val="0"/>
          <w:color w:val="5C666E"/>
          <w:sz w:val="20"/>
        </w:rPr>
        <w:t>Complete this page once. Use your own words and leave any item blank if it does not apply.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Pain began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Pattern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2"/>
        <w:gridCol w:w="3192"/>
        <w:gridCol w:w="3192"/>
      </w:tblGrid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8"/>
              </w:rPr>
              <w:t xml:space="preserve">□ </w:t>
            </w:r>
            <w:r>
              <w:rPr>
                <w:rFonts w:ascii="Arial" w:hAnsi="Arial"/>
                <w:color w:val="232B31"/>
                <w:sz w:val="18"/>
              </w:rPr>
              <w:t>Sudden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8"/>
              </w:rPr>
              <w:t xml:space="preserve">□ </w:t>
            </w:r>
            <w:r>
              <w:rPr>
                <w:rFonts w:ascii="Arial" w:hAnsi="Arial"/>
                <w:color w:val="232B31"/>
                <w:sz w:val="18"/>
              </w:rPr>
              <w:t>Gradual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8"/>
              </w:rPr>
              <w:t xml:space="preserve">□ </w:t>
            </w:r>
            <w:r>
              <w:rPr>
                <w:rFonts w:ascii="Arial" w:hAnsi="Arial"/>
                <w:color w:val="232B31"/>
                <w:sz w:val="18"/>
              </w:rPr>
              <w:t>Comes and goes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8"/>
              </w:rPr>
              <w:t xml:space="preserve">□ </w:t>
            </w:r>
            <w:r>
              <w:rPr>
                <w:rFonts w:ascii="Arial" w:hAnsi="Arial"/>
                <w:color w:val="232B31"/>
                <w:sz w:val="18"/>
              </w:rPr>
              <w:t>Constant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8"/>
              </w:rPr>
              <w:t xml:space="preserve">□ </w:t>
            </w:r>
            <w:r>
              <w:rPr>
                <w:rFonts w:ascii="Arial" w:hAnsi="Arial"/>
                <w:color w:val="232B31"/>
                <w:sz w:val="18"/>
              </w:rPr>
              <w:t>Changing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8"/>
              </w:rPr>
              <w:t xml:space="preserve">□ </w:t>
            </w:r>
            <w:r>
              <w:rPr>
                <w:rFonts w:ascii="Arial" w:hAnsi="Arial"/>
                <w:color w:val="232B31"/>
                <w:sz w:val="18"/>
              </w:rPr>
              <w:t>Unsure</w:t>
            </w:r>
          </w:p>
        </w:tc>
      </w:tr>
    </w:tbl>
    <w:p>
      <w:pPr>
        <w:spacing w:after="8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Main pain location or areas</w:t>
      </w:r>
      <w:r>
        <w:rPr>
          <w:rFonts w:ascii="Arial" w:hAnsi="Arial"/>
          <w:i/>
          <w:color w:val="5C666E"/>
          <w:sz w:val="17"/>
        </w:rPr>
        <w:t xml:space="preserve">  Example: lower back and left leg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How the pain feels</w:t>
      </w:r>
      <w:r>
        <w:rPr>
          <w:rFonts w:ascii="Arial" w:hAnsi="Arial"/>
          <w:i/>
          <w:color w:val="5C666E"/>
          <w:sz w:val="17"/>
        </w:rPr>
        <w:t xml:space="preserve">  Example: aching, burning, pressure, sharp, tingling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2"/>
        <w:gridCol w:w="3192"/>
        <w:gridCol w:w="3192"/>
      </w:tblGrid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Aching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Burning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Cramping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Electric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Numb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Pressure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Sharp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Sore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Stabbing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Throbbing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Tingling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Other</w:t>
            </w:r>
          </w:p>
        </w:tc>
      </w:tr>
    </w:tbl>
    <w:p>
      <w:pPr>
        <w:spacing w:after="8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What tends to make it worse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What tends to make it better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Diagnosis or explanation I have been given if known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Allergies or medication sensitivities I want my care team to know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0" w:after="40"/>
      </w:pPr>
      <w:r>
        <w:rPr>
          <w:rFonts w:ascii="Arial" w:hAnsi="Arial"/>
          <w:b/>
          <w:color w:val="187D78"/>
          <w:sz w:val="17"/>
        </w:rPr>
        <w:t>MY CURRENT APPROACH</w:t>
      </w:r>
    </w:p>
    <w:p>
      <w:pPr>
        <w:pStyle w:val="Heading1"/>
        <w:keepNext/>
        <w:spacing w:before="0" w:after="100"/>
      </w:pPr>
      <w:r>
        <w:rPr>
          <w:rFonts w:ascii="Arial" w:hAnsi="Arial"/>
          <w:b/>
          <w:color w:val="000000"/>
          <w:sz w:val="34"/>
        </w:rPr>
        <w:t>Goals and Pain Care Plan</w:t>
      </w:r>
    </w:p>
    <w:p>
      <w:pPr>
        <w:keepNext w:val="0"/>
        <w:spacing w:before="0" w:after="160" w:line="259" w:lineRule="auto"/>
      </w:pPr>
      <w:r>
        <w:rPr>
          <w:rFonts w:ascii="Arial" w:hAnsi="Arial"/>
          <w:b w:val="0"/>
          <w:i w:val="0"/>
          <w:color w:val="5C666E"/>
          <w:sz w:val="20"/>
        </w:rPr>
        <w:t>Record your current plan. This page is for communication and does not replace your medication list or clinician instructions.</w:t>
      </w:r>
    </w:p>
    <w:p>
      <w:pPr>
        <w:pStyle w:val="Heading2"/>
        <w:keepNext/>
        <w:spacing w:before="0" w:after="60"/>
      </w:pPr>
      <w:r>
        <w:rPr>
          <w:rFonts w:ascii="Arial" w:hAnsi="Arial"/>
          <w:b/>
          <w:color w:val="000000"/>
          <w:sz w:val="25"/>
        </w:rPr>
        <w:t>Goals That Matter to Me</w:t>
      </w: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One activity I want pain to interfere with less</w:t>
      </w:r>
      <w:r>
        <w:rPr>
          <w:rFonts w:ascii="Arial" w:hAnsi="Arial"/>
          <w:i/>
          <w:color w:val="5C666E"/>
          <w:sz w:val="17"/>
        </w:rPr>
        <w:t xml:space="preserve">  Be specific and realistic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How I will know I am making progress</w:t>
      </w:r>
      <w:r>
        <w:rPr>
          <w:rFonts w:ascii="Arial" w:hAnsi="Arial"/>
          <w:i/>
          <w:color w:val="5C666E"/>
          <w:sz w:val="17"/>
        </w:rPr>
        <w:t xml:space="preserve">  Example: stand for 10 minutes or wake once instead of three times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80" w:after="80"/>
      </w:pPr>
      <w:r>
        <w:rPr>
          <w:rFonts w:ascii="Arial" w:hAnsi="Arial"/>
          <w:b/>
          <w:color w:val="000000"/>
          <w:sz w:val="25"/>
        </w:rPr>
        <w:t>Medicines I Currently Use for Pain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1699"/>
        <w:gridCol w:w="2951"/>
        <w:gridCol w:w="2692"/>
      </w:tblGrid>
      <w:tr>
        <w:trPr>
          <w:tblHeader w:val="true"/>
          <w:cantSplit/>
        </w:trPr>
        <w:tc>
          <w:tcPr>
            <w:tcW w:type="dxa" w:w="2232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Medicine</w:t>
            </w:r>
          </w:p>
        </w:tc>
        <w:tc>
          <w:tcPr>
            <w:tcW w:type="dxa" w:w="1699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Dose</w:t>
            </w:r>
          </w:p>
        </w:tc>
        <w:tc>
          <w:tcPr>
            <w:tcW w:type="dxa" w:w="2951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When I take it</w:t>
            </w:r>
          </w:p>
        </w:tc>
        <w:tc>
          <w:tcPr>
            <w:tcW w:type="dxa" w:w="2692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Benefit or concern</w:t>
            </w:r>
          </w:p>
        </w:tc>
      </w:tr>
      <w:tr>
        <w:trPr>
          <w:cantSplit/>
          <w:trHeight w:val="640" w:hRule="atLeast"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  <w:tc>
          <w:tcPr>
            <w:tcW w:type="dxa" w:w="169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  <w:tc>
          <w:tcPr>
            <w:tcW w:type="dxa" w:w="295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  <w:tc>
          <w:tcPr>
            <w:tcW w:type="dxa" w:w="26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</w:tr>
      <w:tr>
        <w:trPr>
          <w:cantSplit/>
          <w:trHeight w:val="640" w:hRule="atLeast"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  <w:tc>
          <w:tcPr>
            <w:tcW w:type="dxa" w:w="169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  <w:tc>
          <w:tcPr>
            <w:tcW w:type="dxa" w:w="295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  <w:tc>
          <w:tcPr>
            <w:tcW w:type="dxa" w:w="26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</w:tr>
      <w:tr>
        <w:trPr>
          <w:cantSplit/>
          <w:trHeight w:val="640" w:hRule="atLeast"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  <w:tc>
          <w:tcPr>
            <w:tcW w:type="dxa" w:w="169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  <w:tc>
          <w:tcPr>
            <w:tcW w:type="dxa" w:w="295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  <w:tc>
          <w:tcPr>
            <w:tcW w:type="dxa" w:w="26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</w:tr>
      <w:tr>
        <w:trPr>
          <w:cantSplit/>
          <w:trHeight w:val="640" w:hRule="atLeast"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  <w:tc>
          <w:tcPr>
            <w:tcW w:type="dxa" w:w="169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  <w:tc>
          <w:tcPr>
            <w:tcW w:type="dxa" w:w="295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  <w:tc>
          <w:tcPr>
            <w:tcW w:type="dxa" w:w="26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</w:r>
          </w:p>
        </w:tc>
      </w:tr>
    </w:tbl>
    <w:p>
      <w:pPr>
        <w:spacing w:after="20"/>
      </w:pPr>
    </w:p>
    <w:p>
      <w:pPr>
        <w:keepNext w:val="0"/>
        <w:spacing w:before="0" w:after="100" w:line="259" w:lineRule="auto"/>
      </w:pPr>
      <w:r>
        <w:rPr>
          <w:rFonts w:ascii="Arial" w:hAnsi="Arial"/>
          <w:b w:val="0"/>
          <w:i/>
          <w:color w:val="5C666E"/>
          <w:sz w:val="17"/>
        </w:rPr>
        <w:t>Include prescription and nonprescription products. Keep your official medication list current.</w:t>
      </w:r>
    </w:p>
    <w:p>
      <w:pPr>
        <w:pStyle w:val="Heading2"/>
        <w:keepNext/>
        <w:spacing w:before="40" w:after="60"/>
      </w:pPr>
      <w:r>
        <w:rPr>
          <w:rFonts w:ascii="Arial" w:hAnsi="Arial"/>
          <w:b/>
          <w:color w:val="000000"/>
          <w:sz w:val="25"/>
        </w:rPr>
        <w:t>Other Strategies I Currently Use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2"/>
        <w:gridCol w:w="3192"/>
        <w:gridCol w:w="3192"/>
      </w:tblGrid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Movement or exercise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Physical or occupational therapy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Heat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Cold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Stretching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Pacing and planned rest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Relaxation or breathing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Mindfulness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Music or distraction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Massage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Counseling or support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7"/>
              </w:rPr>
              <w:t xml:space="preserve">□ </w:t>
            </w:r>
            <w:r>
              <w:rPr>
                <w:rFonts w:ascii="Arial" w:hAnsi="Arial"/>
                <w:color w:val="232B31"/>
                <w:sz w:val="17"/>
              </w:rPr>
              <w:t>Other</w:t>
            </w:r>
          </w:p>
        </w:tc>
      </w:tr>
    </w:tbl>
    <w:p>
      <w:pPr>
        <w:spacing w:after="8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Instructions or precautions from my healthcare professional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0" w:after="40"/>
      </w:pPr>
      <w:r>
        <w:rPr>
          <w:rFonts w:ascii="Arial" w:hAnsi="Arial"/>
          <w:b/>
          <w:color w:val="187D78"/>
          <w:sz w:val="17"/>
        </w:rPr>
        <w:t>WHERE I FEEL PAIN</w:t>
      </w:r>
    </w:p>
    <w:p>
      <w:pPr>
        <w:pStyle w:val="Heading1"/>
        <w:keepNext/>
        <w:spacing w:before="0" w:after="100"/>
      </w:pPr>
      <w:r>
        <w:rPr>
          <w:rFonts w:ascii="Arial" w:hAnsi="Arial"/>
          <w:b/>
          <w:color w:val="000000"/>
          <w:sz w:val="34"/>
        </w:rPr>
        <w:t>Pain Body Map</w:t>
      </w:r>
    </w:p>
    <w:p>
      <w:pPr>
        <w:keepNext w:val="0"/>
        <w:spacing w:before="0" w:after="160" w:line="259" w:lineRule="auto"/>
      </w:pPr>
      <w:r>
        <w:rPr>
          <w:rFonts w:ascii="Arial" w:hAnsi="Arial"/>
          <w:b w:val="0"/>
          <w:i w:val="0"/>
          <w:color w:val="5C666E"/>
          <w:sz w:val="20"/>
        </w:rPr>
        <w:t>Shade the painful areas. Use different marks for different feelings, and add arrows if pain travels.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5943600" cy="3235960"/>
            <wp:docPr id="1" name="Picture 1" title="Pain body map" descr="Simple front and back body outlines for marking pain location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in_body_ma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596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"/>
        <w:gridCol w:w="3240"/>
      </w:tblGrid>
      <w:tr>
        <w:trPr>
          <w:tblHeader w:val="true"/>
          <w:cantSplit/>
        </w:trPr>
        <w:tc>
          <w:tcPr>
            <w:tcW w:type="dxa" w:w="1080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Mark</w:t>
            </w:r>
          </w:p>
        </w:tc>
        <w:tc>
          <w:tcPr>
            <w:tcW w:type="dxa" w:w="3240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Meaning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8"/>
              </w:rPr>
              <w:t>X</w:t>
            </w:r>
          </w:p>
        </w:tc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8"/>
              </w:rPr>
              <w:t>Main pain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8"/>
              </w:rPr>
              <w:t>///</w:t>
            </w:r>
          </w:p>
        </w:tc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8"/>
              </w:rPr>
              <w:t>Aching or soreness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8"/>
              </w:rPr>
              <w:t>***</w:t>
            </w:r>
          </w:p>
        </w:tc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8"/>
              </w:rPr>
              <w:t>Burning or tingling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8"/>
              </w:rPr>
              <w:t>→</w:t>
            </w:r>
          </w:p>
        </w:tc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8"/>
              </w:rPr>
              <w:t>Pain travels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Notes about location or movement of pain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0" w:after="40"/>
      </w:pPr>
      <w:r>
        <w:rPr>
          <w:rFonts w:ascii="Arial" w:hAnsi="Arial"/>
          <w:b/>
          <w:color w:val="187D78"/>
          <w:sz w:val="17"/>
        </w:rPr>
        <w:t>DAY 1</w:t>
      </w:r>
    </w:p>
    <w:p>
      <w:pPr>
        <w:pStyle w:val="Heading1"/>
        <w:keepNext/>
        <w:spacing w:before="0" w:after="100"/>
      </w:pPr>
      <w:r>
        <w:rPr>
          <w:rFonts w:ascii="Arial" w:hAnsi="Arial"/>
          <w:b/>
          <w:color w:val="000000"/>
          <w:sz w:val="34"/>
        </w:rPr>
        <w:t>Daily Pain and Function Entry</w:t>
      </w:r>
    </w:p>
    <w:p>
      <w:pPr>
        <w:keepNext w:val="0"/>
        <w:spacing w:before="0" w:after="80" w:line="259" w:lineRule="auto"/>
      </w:pPr>
      <w:r>
        <w:rPr>
          <w:rFonts w:ascii="Arial" w:hAnsi="Arial"/>
          <w:b w:val="0"/>
          <w:i w:val="0"/>
          <w:color w:val="5C666E"/>
          <w:sz w:val="17"/>
        </w:rPr>
        <w:t>Complete this page once today. Circle numbers and check only the items that apply.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Date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Time completed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Hours slept last night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Sleep quality 0 to 10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0" w:after="60"/>
      </w:pPr>
      <w:r>
        <w:rPr>
          <w:rFonts w:ascii="Arial" w:hAnsi="Arial"/>
          <w:b/>
          <w:color w:val="000000"/>
          <w:sz w:val="25"/>
        </w:rPr>
        <w:t>Pain Snapshot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7343"/>
      </w:tblGrid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Pain location today</w:t>
            </w:r>
          </w:p>
        </w:tc>
        <w:tc>
          <w:tcPr>
            <w:tcW w:type="dxa" w:w="7343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Pain scores</w:t>
            </w:r>
          </w:p>
        </w:tc>
        <w:tc>
          <w:tcPr>
            <w:tcW w:type="dxa" w:w="7343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Now ____    Lowest ____    Highest ____     0 No pain to 10 Worst pain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94"/>
        <w:gridCol w:w="2394"/>
        <w:gridCol w:w="2394"/>
        <w:gridCol w:w="2394"/>
      </w:tblGrid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Aching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Burning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Cramping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Electric</w:t>
            </w:r>
          </w:p>
        </w:tc>
      </w:tr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Numb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Pressure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Sharp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Sore</w:t>
            </w:r>
          </w:p>
        </w:tc>
      </w:tr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Stabbing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Throbbing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Tingling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Other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60"/>
      </w:pPr>
      <w:r>
        <w:rPr>
          <w:rFonts w:ascii="Arial" w:hAnsi="Arial"/>
          <w:b/>
          <w:color w:val="000000"/>
          <w:sz w:val="25"/>
        </w:rPr>
        <w:t>Impact Today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tblHeader w:val="true"/>
          <w:cantSplit/>
        </w:trPr>
        <w:tc>
          <w:tcPr>
            <w:tcW w:type="dxa" w:w="2664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Pain interference</w:t>
            </w:r>
          </w:p>
        </w:tc>
        <w:tc>
          <w:tcPr>
            <w:tcW w:type="dxa" w:w="6912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Circle one   0 None to 10 Complete interference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Daily activity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Mood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Sleep or rest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40"/>
      </w:pPr>
      <w:r>
        <w:rPr>
          <w:rFonts w:ascii="Arial" w:hAnsi="Arial"/>
          <w:b/>
          <w:color w:val="000000"/>
          <w:sz w:val="25"/>
        </w:rPr>
        <w:t>What I Tried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2"/>
        <w:gridCol w:w="3192"/>
        <w:gridCol w:w="3192"/>
      </w:tblGrid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Medication as directed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Movement or therapy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Heat or cold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Stretching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Pacing or rest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Relaxation or breathing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Music or distraction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Support or counseling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Other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Overall benefit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Relief lasted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Side effects or concerns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40"/>
      </w:pPr>
      <w:r>
        <w:rPr>
          <w:rFonts w:ascii="Arial" w:hAnsi="Arial"/>
          <w:b/>
          <w:color w:val="000000"/>
          <w:sz w:val="25"/>
        </w:rPr>
        <w:t>My Function Goal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Activity I wanted to do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What I was able to do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One note or question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0" w:after="40"/>
      </w:pPr>
      <w:r>
        <w:rPr>
          <w:rFonts w:ascii="Arial" w:hAnsi="Arial"/>
          <w:b/>
          <w:color w:val="187D78"/>
          <w:sz w:val="17"/>
        </w:rPr>
        <w:t>DAY 2</w:t>
      </w:r>
    </w:p>
    <w:p>
      <w:pPr>
        <w:pStyle w:val="Heading1"/>
        <w:keepNext/>
        <w:spacing w:before="0" w:after="100"/>
      </w:pPr>
      <w:r>
        <w:rPr>
          <w:rFonts w:ascii="Arial" w:hAnsi="Arial"/>
          <w:b/>
          <w:color w:val="000000"/>
          <w:sz w:val="34"/>
        </w:rPr>
        <w:t>Daily Pain and Function Entry</w:t>
      </w:r>
    </w:p>
    <w:p>
      <w:pPr>
        <w:keepNext w:val="0"/>
        <w:spacing w:before="0" w:after="80" w:line="259" w:lineRule="auto"/>
      </w:pPr>
      <w:r>
        <w:rPr>
          <w:rFonts w:ascii="Arial" w:hAnsi="Arial"/>
          <w:b w:val="0"/>
          <w:i w:val="0"/>
          <w:color w:val="5C666E"/>
          <w:sz w:val="17"/>
        </w:rPr>
        <w:t>Complete this page once today. Circle numbers and check only the items that apply.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Date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Time completed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Hours slept last night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Sleep quality 0 to 10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0" w:after="60"/>
      </w:pPr>
      <w:r>
        <w:rPr>
          <w:rFonts w:ascii="Arial" w:hAnsi="Arial"/>
          <w:b/>
          <w:color w:val="000000"/>
          <w:sz w:val="25"/>
        </w:rPr>
        <w:t>Pain Snapshot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7343"/>
      </w:tblGrid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Pain location today</w:t>
            </w:r>
          </w:p>
        </w:tc>
        <w:tc>
          <w:tcPr>
            <w:tcW w:type="dxa" w:w="7343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Pain scores</w:t>
            </w:r>
          </w:p>
        </w:tc>
        <w:tc>
          <w:tcPr>
            <w:tcW w:type="dxa" w:w="7343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Now ____    Lowest ____    Highest ____     0 No pain to 10 Worst pain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94"/>
        <w:gridCol w:w="2394"/>
        <w:gridCol w:w="2394"/>
        <w:gridCol w:w="2394"/>
      </w:tblGrid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Aching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Burning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Cramping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Electric</w:t>
            </w:r>
          </w:p>
        </w:tc>
      </w:tr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Numb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Pressure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Sharp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Sore</w:t>
            </w:r>
          </w:p>
        </w:tc>
      </w:tr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Stabbing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Throbbing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Tingling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Other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60"/>
      </w:pPr>
      <w:r>
        <w:rPr>
          <w:rFonts w:ascii="Arial" w:hAnsi="Arial"/>
          <w:b/>
          <w:color w:val="000000"/>
          <w:sz w:val="25"/>
        </w:rPr>
        <w:t>Impact Today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tblHeader w:val="true"/>
          <w:cantSplit/>
        </w:trPr>
        <w:tc>
          <w:tcPr>
            <w:tcW w:type="dxa" w:w="2664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Pain interference</w:t>
            </w:r>
          </w:p>
        </w:tc>
        <w:tc>
          <w:tcPr>
            <w:tcW w:type="dxa" w:w="6912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Circle one   0 None to 10 Complete interference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Daily activity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Mood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Sleep or rest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40"/>
      </w:pPr>
      <w:r>
        <w:rPr>
          <w:rFonts w:ascii="Arial" w:hAnsi="Arial"/>
          <w:b/>
          <w:color w:val="000000"/>
          <w:sz w:val="25"/>
        </w:rPr>
        <w:t>What I Tried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2"/>
        <w:gridCol w:w="3192"/>
        <w:gridCol w:w="3192"/>
      </w:tblGrid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Medication as directed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Movement or therapy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Heat or cold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Stretching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Pacing or rest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Relaxation or breathing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Music or distraction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Support or counseling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Other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Overall benefit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Relief lasted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Side effects or concerns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40"/>
      </w:pPr>
      <w:r>
        <w:rPr>
          <w:rFonts w:ascii="Arial" w:hAnsi="Arial"/>
          <w:b/>
          <w:color w:val="000000"/>
          <w:sz w:val="25"/>
        </w:rPr>
        <w:t>My Function Goal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Activity I wanted to do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What I was able to do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One note or question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0" w:after="40"/>
      </w:pPr>
      <w:r>
        <w:rPr>
          <w:rFonts w:ascii="Arial" w:hAnsi="Arial"/>
          <w:b/>
          <w:color w:val="187D78"/>
          <w:sz w:val="17"/>
        </w:rPr>
        <w:t>DAY 3</w:t>
      </w:r>
    </w:p>
    <w:p>
      <w:pPr>
        <w:pStyle w:val="Heading1"/>
        <w:keepNext/>
        <w:spacing w:before="0" w:after="100"/>
      </w:pPr>
      <w:r>
        <w:rPr>
          <w:rFonts w:ascii="Arial" w:hAnsi="Arial"/>
          <w:b/>
          <w:color w:val="000000"/>
          <w:sz w:val="34"/>
        </w:rPr>
        <w:t>Daily Pain and Function Entry</w:t>
      </w:r>
    </w:p>
    <w:p>
      <w:pPr>
        <w:keepNext w:val="0"/>
        <w:spacing w:before="0" w:after="80" w:line="259" w:lineRule="auto"/>
      </w:pPr>
      <w:r>
        <w:rPr>
          <w:rFonts w:ascii="Arial" w:hAnsi="Arial"/>
          <w:b w:val="0"/>
          <w:i w:val="0"/>
          <w:color w:val="5C666E"/>
          <w:sz w:val="17"/>
        </w:rPr>
        <w:t>Complete this page once today. Circle numbers and check only the items that apply.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Date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Time completed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Hours slept last night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Sleep quality 0 to 10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0" w:after="60"/>
      </w:pPr>
      <w:r>
        <w:rPr>
          <w:rFonts w:ascii="Arial" w:hAnsi="Arial"/>
          <w:b/>
          <w:color w:val="000000"/>
          <w:sz w:val="25"/>
        </w:rPr>
        <w:t>Pain Snapshot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7343"/>
      </w:tblGrid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Pain location today</w:t>
            </w:r>
          </w:p>
        </w:tc>
        <w:tc>
          <w:tcPr>
            <w:tcW w:type="dxa" w:w="7343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Pain scores</w:t>
            </w:r>
          </w:p>
        </w:tc>
        <w:tc>
          <w:tcPr>
            <w:tcW w:type="dxa" w:w="7343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Now ____    Lowest ____    Highest ____     0 No pain to 10 Worst pain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94"/>
        <w:gridCol w:w="2394"/>
        <w:gridCol w:w="2394"/>
        <w:gridCol w:w="2394"/>
      </w:tblGrid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Aching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Burning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Cramping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Electric</w:t>
            </w:r>
          </w:p>
        </w:tc>
      </w:tr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Numb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Pressure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Sharp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Sore</w:t>
            </w:r>
          </w:p>
        </w:tc>
      </w:tr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Stabbing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Throbbing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Tingling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Other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60"/>
      </w:pPr>
      <w:r>
        <w:rPr>
          <w:rFonts w:ascii="Arial" w:hAnsi="Arial"/>
          <w:b/>
          <w:color w:val="000000"/>
          <w:sz w:val="25"/>
        </w:rPr>
        <w:t>Impact Today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tblHeader w:val="true"/>
          <w:cantSplit/>
        </w:trPr>
        <w:tc>
          <w:tcPr>
            <w:tcW w:type="dxa" w:w="2664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Pain interference</w:t>
            </w:r>
          </w:p>
        </w:tc>
        <w:tc>
          <w:tcPr>
            <w:tcW w:type="dxa" w:w="6912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Circle one   0 None to 10 Complete interference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Daily activity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Mood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Sleep or rest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40"/>
      </w:pPr>
      <w:r>
        <w:rPr>
          <w:rFonts w:ascii="Arial" w:hAnsi="Arial"/>
          <w:b/>
          <w:color w:val="000000"/>
          <w:sz w:val="25"/>
        </w:rPr>
        <w:t>What I Tried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2"/>
        <w:gridCol w:w="3192"/>
        <w:gridCol w:w="3192"/>
      </w:tblGrid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Medication as directed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Movement or therapy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Heat or cold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Stretching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Pacing or rest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Relaxation or breathing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Music or distraction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Support or counseling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Other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Overall benefit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Relief lasted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Side effects or concerns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40"/>
      </w:pPr>
      <w:r>
        <w:rPr>
          <w:rFonts w:ascii="Arial" w:hAnsi="Arial"/>
          <w:b/>
          <w:color w:val="000000"/>
          <w:sz w:val="25"/>
        </w:rPr>
        <w:t>My Function Goal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Activity I wanted to do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What I was able to do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One note or question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0" w:after="40"/>
      </w:pPr>
      <w:r>
        <w:rPr>
          <w:rFonts w:ascii="Arial" w:hAnsi="Arial"/>
          <w:b/>
          <w:color w:val="187D78"/>
          <w:sz w:val="17"/>
        </w:rPr>
        <w:t>DAY 4</w:t>
      </w:r>
    </w:p>
    <w:p>
      <w:pPr>
        <w:pStyle w:val="Heading1"/>
        <w:keepNext/>
        <w:spacing w:before="0" w:after="100"/>
      </w:pPr>
      <w:r>
        <w:rPr>
          <w:rFonts w:ascii="Arial" w:hAnsi="Arial"/>
          <w:b/>
          <w:color w:val="000000"/>
          <w:sz w:val="34"/>
        </w:rPr>
        <w:t>Daily Pain and Function Entry</w:t>
      </w:r>
    </w:p>
    <w:p>
      <w:pPr>
        <w:keepNext w:val="0"/>
        <w:spacing w:before="0" w:after="80" w:line="259" w:lineRule="auto"/>
      </w:pPr>
      <w:r>
        <w:rPr>
          <w:rFonts w:ascii="Arial" w:hAnsi="Arial"/>
          <w:b w:val="0"/>
          <w:i w:val="0"/>
          <w:color w:val="5C666E"/>
          <w:sz w:val="17"/>
        </w:rPr>
        <w:t>Complete this page once today. Circle numbers and check only the items that apply.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Date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Time completed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Hours slept last night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Sleep quality 0 to 10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0" w:after="60"/>
      </w:pPr>
      <w:r>
        <w:rPr>
          <w:rFonts w:ascii="Arial" w:hAnsi="Arial"/>
          <w:b/>
          <w:color w:val="000000"/>
          <w:sz w:val="25"/>
        </w:rPr>
        <w:t>Pain Snapshot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7343"/>
      </w:tblGrid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Pain location today</w:t>
            </w:r>
          </w:p>
        </w:tc>
        <w:tc>
          <w:tcPr>
            <w:tcW w:type="dxa" w:w="7343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Pain scores</w:t>
            </w:r>
          </w:p>
        </w:tc>
        <w:tc>
          <w:tcPr>
            <w:tcW w:type="dxa" w:w="7343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Now ____    Lowest ____    Highest ____     0 No pain to 10 Worst pain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94"/>
        <w:gridCol w:w="2394"/>
        <w:gridCol w:w="2394"/>
        <w:gridCol w:w="2394"/>
      </w:tblGrid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Aching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Burning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Cramping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Electric</w:t>
            </w:r>
          </w:p>
        </w:tc>
      </w:tr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Numb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Pressure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Sharp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Sore</w:t>
            </w:r>
          </w:p>
        </w:tc>
      </w:tr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Stabbing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Throbbing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Tingling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Other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60"/>
      </w:pPr>
      <w:r>
        <w:rPr>
          <w:rFonts w:ascii="Arial" w:hAnsi="Arial"/>
          <w:b/>
          <w:color w:val="000000"/>
          <w:sz w:val="25"/>
        </w:rPr>
        <w:t>Impact Today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tblHeader w:val="true"/>
          <w:cantSplit/>
        </w:trPr>
        <w:tc>
          <w:tcPr>
            <w:tcW w:type="dxa" w:w="2664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Pain interference</w:t>
            </w:r>
          </w:p>
        </w:tc>
        <w:tc>
          <w:tcPr>
            <w:tcW w:type="dxa" w:w="6912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Circle one   0 None to 10 Complete interference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Daily activity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Mood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Sleep or rest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40"/>
      </w:pPr>
      <w:r>
        <w:rPr>
          <w:rFonts w:ascii="Arial" w:hAnsi="Arial"/>
          <w:b/>
          <w:color w:val="000000"/>
          <w:sz w:val="25"/>
        </w:rPr>
        <w:t>What I Tried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2"/>
        <w:gridCol w:w="3192"/>
        <w:gridCol w:w="3192"/>
      </w:tblGrid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Medication as directed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Movement or therapy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Heat or cold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Stretching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Pacing or rest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Relaxation or breathing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Music or distraction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Support or counseling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Other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Overall benefit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Relief lasted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Side effects or concerns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40"/>
      </w:pPr>
      <w:r>
        <w:rPr>
          <w:rFonts w:ascii="Arial" w:hAnsi="Arial"/>
          <w:b/>
          <w:color w:val="000000"/>
          <w:sz w:val="25"/>
        </w:rPr>
        <w:t>My Function Goal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Activity I wanted to do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What I was able to do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One note or question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0" w:after="40"/>
      </w:pPr>
      <w:r>
        <w:rPr>
          <w:rFonts w:ascii="Arial" w:hAnsi="Arial"/>
          <w:b/>
          <w:color w:val="187D78"/>
          <w:sz w:val="17"/>
        </w:rPr>
        <w:t>DAY 5</w:t>
      </w:r>
    </w:p>
    <w:p>
      <w:pPr>
        <w:pStyle w:val="Heading1"/>
        <w:keepNext/>
        <w:spacing w:before="0" w:after="100"/>
      </w:pPr>
      <w:r>
        <w:rPr>
          <w:rFonts w:ascii="Arial" w:hAnsi="Arial"/>
          <w:b/>
          <w:color w:val="000000"/>
          <w:sz w:val="34"/>
        </w:rPr>
        <w:t>Daily Pain and Function Entry</w:t>
      </w:r>
    </w:p>
    <w:p>
      <w:pPr>
        <w:keepNext w:val="0"/>
        <w:spacing w:before="0" w:after="80" w:line="259" w:lineRule="auto"/>
      </w:pPr>
      <w:r>
        <w:rPr>
          <w:rFonts w:ascii="Arial" w:hAnsi="Arial"/>
          <w:b w:val="0"/>
          <w:i w:val="0"/>
          <w:color w:val="5C666E"/>
          <w:sz w:val="17"/>
        </w:rPr>
        <w:t>Complete this page once today. Circle numbers and check only the items that apply.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Date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Time completed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Hours slept last night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Sleep quality 0 to 10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0" w:after="60"/>
      </w:pPr>
      <w:r>
        <w:rPr>
          <w:rFonts w:ascii="Arial" w:hAnsi="Arial"/>
          <w:b/>
          <w:color w:val="000000"/>
          <w:sz w:val="25"/>
        </w:rPr>
        <w:t>Pain Snapshot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7343"/>
      </w:tblGrid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Pain location today</w:t>
            </w:r>
          </w:p>
        </w:tc>
        <w:tc>
          <w:tcPr>
            <w:tcW w:type="dxa" w:w="7343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Pain scores</w:t>
            </w:r>
          </w:p>
        </w:tc>
        <w:tc>
          <w:tcPr>
            <w:tcW w:type="dxa" w:w="7343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Now ____    Lowest ____    Highest ____     0 No pain to 10 Worst pain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94"/>
        <w:gridCol w:w="2394"/>
        <w:gridCol w:w="2394"/>
        <w:gridCol w:w="2394"/>
      </w:tblGrid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Aching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Burning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Cramping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Electric</w:t>
            </w:r>
          </w:p>
        </w:tc>
      </w:tr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Numb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Pressure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Sharp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Sore</w:t>
            </w:r>
          </w:p>
        </w:tc>
      </w:tr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Stabbing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Throbbing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Tingling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Other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60"/>
      </w:pPr>
      <w:r>
        <w:rPr>
          <w:rFonts w:ascii="Arial" w:hAnsi="Arial"/>
          <w:b/>
          <w:color w:val="000000"/>
          <w:sz w:val="25"/>
        </w:rPr>
        <w:t>Impact Today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tblHeader w:val="true"/>
          <w:cantSplit/>
        </w:trPr>
        <w:tc>
          <w:tcPr>
            <w:tcW w:type="dxa" w:w="2664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Pain interference</w:t>
            </w:r>
          </w:p>
        </w:tc>
        <w:tc>
          <w:tcPr>
            <w:tcW w:type="dxa" w:w="6912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Circle one   0 None to 10 Complete interference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Daily activity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Mood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Sleep or rest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40"/>
      </w:pPr>
      <w:r>
        <w:rPr>
          <w:rFonts w:ascii="Arial" w:hAnsi="Arial"/>
          <w:b/>
          <w:color w:val="000000"/>
          <w:sz w:val="25"/>
        </w:rPr>
        <w:t>What I Tried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2"/>
        <w:gridCol w:w="3192"/>
        <w:gridCol w:w="3192"/>
      </w:tblGrid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Medication as directed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Movement or therapy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Heat or cold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Stretching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Pacing or rest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Relaxation or breathing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Music or distraction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Support or counseling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Other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Overall benefit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Relief lasted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Side effects or concerns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40"/>
      </w:pPr>
      <w:r>
        <w:rPr>
          <w:rFonts w:ascii="Arial" w:hAnsi="Arial"/>
          <w:b/>
          <w:color w:val="000000"/>
          <w:sz w:val="25"/>
        </w:rPr>
        <w:t>My Function Goal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Activity I wanted to do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What I was able to do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One note or question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0" w:after="40"/>
      </w:pPr>
      <w:r>
        <w:rPr>
          <w:rFonts w:ascii="Arial" w:hAnsi="Arial"/>
          <w:b/>
          <w:color w:val="187D78"/>
          <w:sz w:val="17"/>
        </w:rPr>
        <w:t>DAY 6</w:t>
      </w:r>
    </w:p>
    <w:p>
      <w:pPr>
        <w:pStyle w:val="Heading1"/>
        <w:keepNext/>
        <w:spacing w:before="0" w:after="100"/>
      </w:pPr>
      <w:r>
        <w:rPr>
          <w:rFonts w:ascii="Arial" w:hAnsi="Arial"/>
          <w:b/>
          <w:color w:val="000000"/>
          <w:sz w:val="34"/>
        </w:rPr>
        <w:t>Daily Pain and Function Entry</w:t>
      </w:r>
    </w:p>
    <w:p>
      <w:pPr>
        <w:keepNext w:val="0"/>
        <w:spacing w:before="0" w:after="80" w:line="259" w:lineRule="auto"/>
      </w:pPr>
      <w:r>
        <w:rPr>
          <w:rFonts w:ascii="Arial" w:hAnsi="Arial"/>
          <w:b w:val="0"/>
          <w:i w:val="0"/>
          <w:color w:val="5C666E"/>
          <w:sz w:val="17"/>
        </w:rPr>
        <w:t>Complete this page once today. Circle numbers and check only the items that apply.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Date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Time completed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Hours slept last night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Sleep quality 0 to 10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0" w:after="60"/>
      </w:pPr>
      <w:r>
        <w:rPr>
          <w:rFonts w:ascii="Arial" w:hAnsi="Arial"/>
          <w:b/>
          <w:color w:val="000000"/>
          <w:sz w:val="25"/>
        </w:rPr>
        <w:t>Pain Snapshot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7343"/>
      </w:tblGrid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Pain location today</w:t>
            </w:r>
          </w:p>
        </w:tc>
        <w:tc>
          <w:tcPr>
            <w:tcW w:type="dxa" w:w="7343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Pain scores</w:t>
            </w:r>
          </w:p>
        </w:tc>
        <w:tc>
          <w:tcPr>
            <w:tcW w:type="dxa" w:w="7343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Now ____    Lowest ____    Highest ____     0 No pain to 10 Worst pain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94"/>
        <w:gridCol w:w="2394"/>
        <w:gridCol w:w="2394"/>
        <w:gridCol w:w="2394"/>
      </w:tblGrid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Aching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Burning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Cramping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Electric</w:t>
            </w:r>
          </w:p>
        </w:tc>
      </w:tr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Numb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Pressure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Sharp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Sore</w:t>
            </w:r>
          </w:p>
        </w:tc>
      </w:tr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Stabbing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Throbbing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Tingling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Other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60"/>
      </w:pPr>
      <w:r>
        <w:rPr>
          <w:rFonts w:ascii="Arial" w:hAnsi="Arial"/>
          <w:b/>
          <w:color w:val="000000"/>
          <w:sz w:val="25"/>
        </w:rPr>
        <w:t>Impact Today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tblHeader w:val="true"/>
          <w:cantSplit/>
        </w:trPr>
        <w:tc>
          <w:tcPr>
            <w:tcW w:type="dxa" w:w="2664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Pain interference</w:t>
            </w:r>
          </w:p>
        </w:tc>
        <w:tc>
          <w:tcPr>
            <w:tcW w:type="dxa" w:w="6912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Circle one   0 None to 10 Complete interference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Daily activity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Mood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Sleep or rest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40"/>
      </w:pPr>
      <w:r>
        <w:rPr>
          <w:rFonts w:ascii="Arial" w:hAnsi="Arial"/>
          <w:b/>
          <w:color w:val="000000"/>
          <w:sz w:val="25"/>
        </w:rPr>
        <w:t>What I Tried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2"/>
        <w:gridCol w:w="3192"/>
        <w:gridCol w:w="3192"/>
      </w:tblGrid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Medication as directed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Movement or therapy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Heat or cold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Stretching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Pacing or rest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Relaxation or breathing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Music or distraction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Support or counseling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Other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Overall benefit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Relief lasted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Side effects or concerns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40"/>
      </w:pPr>
      <w:r>
        <w:rPr>
          <w:rFonts w:ascii="Arial" w:hAnsi="Arial"/>
          <w:b/>
          <w:color w:val="000000"/>
          <w:sz w:val="25"/>
        </w:rPr>
        <w:t>My Function Goal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Activity I wanted to do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What I was able to do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One note or question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0" w:after="40"/>
      </w:pPr>
      <w:r>
        <w:rPr>
          <w:rFonts w:ascii="Arial" w:hAnsi="Arial"/>
          <w:b/>
          <w:color w:val="187D78"/>
          <w:sz w:val="17"/>
        </w:rPr>
        <w:t>DAY 7</w:t>
      </w:r>
    </w:p>
    <w:p>
      <w:pPr>
        <w:pStyle w:val="Heading1"/>
        <w:keepNext/>
        <w:spacing w:before="0" w:after="100"/>
      </w:pPr>
      <w:r>
        <w:rPr>
          <w:rFonts w:ascii="Arial" w:hAnsi="Arial"/>
          <w:b/>
          <w:color w:val="000000"/>
          <w:sz w:val="34"/>
        </w:rPr>
        <w:t>Daily Pain and Function Entry</w:t>
      </w:r>
    </w:p>
    <w:p>
      <w:pPr>
        <w:keepNext w:val="0"/>
        <w:spacing w:before="0" w:after="80" w:line="259" w:lineRule="auto"/>
      </w:pPr>
      <w:r>
        <w:rPr>
          <w:rFonts w:ascii="Arial" w:hAnsi="Arial"/>
          <w:b w:val="0"/>
          <w:i w:val="0"/>
          <w:color w:val="5C666E"/>
          <w:sz w:val="17"/>
        </w:rPr>
        <w:t>Complete this page once today. Circle numbers and check only the items that apply.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Date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Time completed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Hours slept last night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Sleep quality 0 to 10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0" w:after="60"/>
      </w:pPr>
      <w:r>
        <w:rPr>
          <w:rFonts w:ascii="Arial" w:hAnsi="Arial"/>
          <w:b/>
          <w:color w:val="000000"/>
          <w:sz w:val="25"/>
        </w:rPr>
        <w:t>Pain Snapshot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7343"/>
      </w:tblGrid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Pain location today</w:t>
            </w:r>
          </w:p>
        </w:tc>
        <w:tc>
          <w:tcPr>
            <w:tcW w:type="dxa" w:w="7343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Pain scores</w:t>
            </w:r>
          </w:p>
        </w:tc>
        <w:tc>
          <w:tcPr>
            <w:tcW w:type="dxa" w:w="7343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7"/>
              </w:rPr>
              <w:t>Now ____    Lowest ____    Highest ____     0 No pain to 10 Worst pain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94"/>
        <w:gridCol w:w="2394"/>
        <w:gridCol w:w="2394"/>
        <w:gridCol w:w="2394"/>
      </w:tblGrid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Aching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Burning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Cramping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Electric</w:t>
            </w:r>
          </w:p>
        </w:tc>
      </w:tr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Numb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Pressure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Sharp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Sore</w:t>
            </w:r>
          </w:p>
        </w:tc>
      </w:tr>
      <w:tr>
        <w:trPr>
          <w:cantSplit/>
        </w:trPr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Stabbing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Throbbing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Tingling</w:t>
            </w:r>
          </w:p>
        </w:tc>
        <w:tc>
          <w:tcPr>
            <w:tcW w:type="dxa" w:w="2394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Other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60"/>
      </w:pPr>
      <w:r>
        <w:rPr>
          <w:rFonts w:ascii="Arial" w:hAnsi="Arial"/>
          <w:b/>
          <w:color w:val="000000"/>
          <w:sz w:val="25"/>
        </w:rPr>
        <w:t>Impact Today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tblHeader w:val="true"/>
          <w:cantSplit/>
        </w:trPr>
        <w:tc>
          <w:tcPr>
            <w:tcW w:type="dxa" w:w="2664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Pain interference</w:t>
            </w:r>
          </w:p>
        </w:tc>
        <w:tc>
          <w:tcPr>
            <w:tcW w:type="dxa" w:w="6912"/>
            <w:shd w:fill="173B57"/>
            <w:tcMar>
              <w:top w:w="115" w:type="dxa"/>
              <w:start w:w="120" w:type="dxa"/>
              <w:bottom w:w="11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Circle one   0 None to 10 Complete interference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Daily activity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Mood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Sleep or rest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40"/>
      </w:pPr>
      <w:r>
        <w:rPr>
          <w:rFonts w:ascii="Arial" w:hAnsi="Arial"/>
          <w:b/>
          <w:color w:val="000000"/>
          <w:sz w:val="25"/>
        </w:rPr>
        <w:t>What I Tried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2"/>
        <w:gridCol w:w="3192"/>
        <w:gridCol w:w="3192"/>
      </w:tblGrid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Medication as directed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Movement or therapy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Heat or cold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Stretching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Pacing or rest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Relaxation or breathing</w:t>
            </w:r>
          </w:p>
        </w:tc>
      </w:tr>
      <w:tr>
        <w:trPr>
          <w:cantSplit/>
        </w:trPr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Music or distraction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Support or counseling</w:t>
            </w:r>
          </w:p>
        </w:tc>
        <w:tc>
          <w:tcPr>
            <w:tcW w:type="dxa" w:w="3192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6"/>
              </w:rPr>
              <w:t xml:space="preserve">□ </w:t>
            </w:r>
            <w:r>
              <w:rPr>
                <w:rFonts w:ascii="Arial" w:hAnsi="Arial"/>
                <w:color w:val="232B31"/>
                <w:sz w:val="16"/>
              </w:rPr>
              <w:t>Other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Overall benefit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0  1  2  3  4  5  6  7  8  9  10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Relief lasted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Side effects or concerns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" w:after="40"/>
      </w:pPr>
      <w:r>
        <w:rPr>
          <w:rFonts w:ascii="Arial" w:hAnsi="Arial"/>
          <w:b/>
          <w:color w:val="000000"/>
          <w:sz w:val="25"/>
        </w:rPr>
        <w:t>My Function Goal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6912"/>
      </w:tblGrid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Activity I wanted to do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What I was able to do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One note or question</w:t>
            </w:r>
          </w:p>
        </w:tc>
        <w:tc>
          <w:tcPr>
            <w:tcW w:type="dxa" w:w="69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6"/>
              </w:rPr>
              <w:t>________________________________________________________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0" w:after="40"/>
      </w:pPr>
      <w:r>
        <w:rPr>
          <w:rFonts w:ascii="Arial" w:hAnsi="Arial"/>
          <w:b/>
          <w:color w:val="187D78"/>
          <w:sz w:val="17"/>
        </w:rPr>
        <w:t>END OF WEEK REVIEW</w:t>
      </w:r>
    </w:p>
    <w:p>
      <w:pPr>
        <w:pStyle w:val="Heading1"/>
        <w:keepNext/>
        <w:spacing w:before="0" w:after="100"/>
      </w:pPr>
      <w:r>
        <w:rPr>
          <w:rFonts w:ascii="Arial" w:hAnsi="Arial"/>
          <w:b/>
          <w:color w:val="000000"/>
          <w:sz w:val="34"/>
        </w:rPr>
        <w:t>Patterns I Noticed</w:t>
      </w:r>
    </w:p>
    <w:p>
      <w:pPr>
        <w:keepNext w:val="0"/>
        <w:spacing w:before="0" w:after="160" w:line="259" w:lineRule="auto"/>
      </w:pPr>
      <w:r>
        <w:rPr>
          <w:rFonts w:ascii="Arial" w:hAnsi="Arial"/>
          <w:b w:val="0"/>
          <w:i w:val="0"/>
          <w:color w:val="5C666E"/>
          <w:sz w:val="20"/>
        </w:rPr>
        <w:t>Look across the seven daily pages. Focus on patterns and function, not on finding a perfect score.</w:t>
      </w: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The day or time my pain was most manageable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The day or time my pain was hardest to manage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Activities situations or triggers that seemed connected to more pain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Strategies that seemed most helpful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Patterns I noticed in sleep mood movement or stress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80" w:after="60"/>
      </w:pPr>
      <w:r>
        <w:rPr>
          <w:rFonts w:ascii="Arial" w:hAnsi="Arial"/>
          <w:b/>
          <w:color w:val="000000"/>
          <w:sz w:val="25"/>
        </w:rPr>
        <w:t>Progress Toward My Goal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88"/>
        <w:gridCol w:w="4788"/>
      </w:tblGrid>
      <w:tr>
        <w:trPr>
          <w:cantSplit/>
        </w:trPr>
        <w:tc>
          <w:tcPr>
            <w:tcW w:type="dxa" w:w="4788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8"/>
              </w:rPr>
              <w:t xml:space="preserve">□ </w:t>
            </w:r>
            <w:r>
              <w:rPr>
                <w:rFonts w:ascii="Arial" w:hAnsi="Arial"/>
                <w:color w:val="232B31"/>
                <w:sz w:val="18"/>
              </w:rPr>
              <w:t>Improved</w:t>
            </w:r>
          </w:p>
        </w:tc>
        <w:tc>
          <w:tcPr>
            <w:tcW w:type="dxa" w:w="4788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8"/>
              </w:rPr>
              <w:t xml:space="preserve">□ </w:t>
            </w:r>
            <w:r>
              <w:rPr>
                <w:rFonts w:ascii="Arial" w:hAnsi="Arial"/>
                <w:color w:val="232B31"/>
                <w:sz w:val="18"/>
              </w:rPr>
              <w:t>Stayed about the same</w:t>
            </w:r>
          </w:p>
        </w:tc>
      </w:tr>
      <w:tr>
        <w:trPr>
          <w:cantSplit/>
        </w:trPr>
        <w:tc>
          <w:tcPr>
            <w:tcW w:type="dxa" w:w="4788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8"/>
              </w:rPr>
              <w:t xml:space="preserve">□ </w:t>
            </w:r>
            <w:r>
              <w:rPr>
                <w:rFonts w:ascii="Arial" w:hAnsi="Arial"/>
                <w:color w:val="232B31"/>
                <w:sz w:val="18"/>
              </w:rPr>
              <w:t>Was harder this week</w:t>
            </w:r>
          </w:p>
        </w:tc>
        <w:tc>
          <w:tcPr>
            <w:tcW w:type="dxa" w:w="4788"/>
            <w:tcMar>
              <w:top w:w="45" w:type="dxa"/>
              <w:start w:w="45" w:type="dxa"/>
              <w:bottom w:w="45" w:type="dxa"/>
              <w:end w:w="45" w:type="dxa"/>
            </w:tcMar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DejaVu Sans" w:hAnsi="DejaVu Sans"/>
                <w:color w:val="232B31"/>
                <w:sz w:val="18"/>
              </w:rPr>
              <w:t xml:space="preserve">□ </w:t>
            </w:r>
            <w:r>
              <w:rPr>
                <w:rFonts w:ascii="Arial" w:hAnsi="Arial"/>
                <w:color w:val="232B31"/>
                <w:sz w:val="18"/>
              </w:rPr>
              <w:t>Not enough information yet</w:t>
            </w:r>
          </w:p>
        </w:tc>
      </w:tr>
    </w:tbl>
    <w:p>
      <w:pPr>
        <w:spacing w:after="8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What changed in the activity that matters to 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What I want to continue discuss or reconsider with my healthcare professional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0" w:after="40"/>
      </w:pPr>
      <w:r>
        <w:rPr>
          <w:rFonts w:ascii="Arial" w:hAnsi="Arial"/>
          <w:b/>
          <w:color w:val="187D78"/>
          <w:sz w:val="17"/>
        </w:rPr>
        <w:t>VISIT PREPARATION</w:t>
      </w:r>
    </w:p>
    <w:p>
      <w:pPr>
        <w:pStyle w:val="Heading1"/>
        <w:keepNext/>
        <w:spacing w:before="0" w:after="100"/>
      </w:pPr>
      <w:r>
        <w:rPr>
          <w:rFonts w:ascii="Arial" w:hAnsi="Arial"/>
          <w:b/>
          <w:color w:val="000000"/>
          <w:sz w:val="34"/>
        </w:rPr>
        <w:t>Appointment Summary</w:t>
      </w:r>
    </w:p>
    <w:p>
      <w:pPr>
        <w:keepNext w:val="0"/>
        <w:spacing w:before="0" w:after="80" w:line="259" w:lineRule="auto"/>
      </w:pPr>
      <w:r>
        <w:rPr>
          <w:rFonts w:ascii="Arial" w:hAnsi="Arial"/>
          <w:b w:val="0"/>
          <w:i w:val="0"/>
          <w:color w:val="5C666E"/>
          <w:sz w:val="17"/>
        </w:rPr>
        <w:t>Complete this page before a visit. Bring only the pages you are comfortable sharing.</w:t>
      </w: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My most important goal for this visit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What has changed since my last visit</w:t>
      </w:r>
      <w:r>
        <w:rPr>
          <w:rFonts w:ascii="Arial" w:hAnsi="Arial"/>
          <w:i/>
          <w:color w:val="5C666E"/>
          <w:sz w:val="17"/>
        </w:rPr>
        <w:t xml:space="preserve">  Pain location, intensity, function, sleep, mood, or new symptoms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What has helped most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What has not helped or has caused problems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Medication questions side effects or refill concerns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80" w:after="60"/>
      </w:pPr>
      <w:r>
        <w:rPr>
          <w:rFonts w:ascii="Arial" w:hAnsi="Arial"/>
          <w:b/>
          <w:color w:val="000000"/>
          <w:sz w:val="25"/>
        </w:rPr>
        <w:t>My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8928"/>
      </w:tblGrid>
      <w:tr>
        <w:trPr>
          <w:cantSplit/>
          <w:trHeight w:val="560" w:hRule="atLeast"/>
        </w:trPr>
        <w:tc>
          <w:tcPr>
            <w:tcW w:type="dxa" w:w="6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9"/>
              </w:rPr>
              <w:t>1</w:t>
            </w:r>
          </w:p>
        </w:tc>
        <w:tc>
          <w:tcPr>
            <w:tcW w:type="dxa" w:w="89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9"/>
              </w:rPr>
            </w:r>
          </w:p>
        </w:tc>
      </w:tr>
      <w:tr>
        <w:trPr>
          <w:cantSplit/>
          <w:trHeight w:val="560" w:hRule="atLeast"/>
        </w:trPr>
        <w:tc>
          <w:tcPr>
            <w:tcW w:type="dxa" w:w="6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9"/>
              </w:rPr>
              <w:t>2</w:t>
            </w:r>
          </w:p>
        </w:tc>
        <w:tc>
          <w:tcPr>
            <w:tcW w:type="dxa" w:w="89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shd w:fill="EDF4F8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9"/>
              </w:rPr>
            </w:r>
          </w:p>
        </w:tc>
      </w:tr>
      <w:tr>
        <w:trPr>
          <w:cantSplit/>
          <w:trHeight w:val="560" w:hRule="atLeast"/>
        </w:trPr>
        <w:tc>
          <w:tcPr>
            <w:tcW w:type="dxa" w:w="6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9"/>
              </w:rPr>
              <w:t>3</w:t>
            </w:r>
          </w:p>
        </w:tc>
        <w:tc>
          <w:tcPr>
            <w:tcW w:type="dxa" w:w="89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B31"/>
                <w:sz w:val="19"/>
              </w:rPr>
            </w:r>
          </w:p>
        </w:tc>
      </w:tr>
    </w:tbl>
    <w:p>
      <w:pPr>
        <w:spacing w:after="20"/>
      </w:pPr>
    </w:p>
    <w:p>
      <w:pPr>
        <w:pStyle w:val="Heading2"/>
        <w:keepNext/>
        <w:spacing w:before="60" w:after="60"/>
      </w:pPr>
      <w:r>
        <w:rPr>
          <w:rFonts w:ascii="Arial" w:hAnsi="Arial"/>
          <w:b/>
          <w:color w:val="000000"/>
          <w:sz w:val="25"/>
        </w:rPr>
        <w:t>Plan From the Visit</w:t>
      </w: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Next steps instructions and follow 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0" w:after="40"/>
      </w:pPr>
      <w:r>
        <w:rPr>
          <w:rFonts w:ascii="Arial" w:hAnsi="Arial"/>
          <w:b/>
          <w:color w:val="187D78"/>
          <w:sz w:val="17"/>
        </w:rPr>
        <w:t>USE WHEN NEEDED</w:t>
      </w:r>
    </w:p>
    <w:p>
      <w:pPr>
        <w:pStyle w:val="Heading1"/>
        <w:keepNext/>
        <w:spacing w:before="0" w:after="100"/>
      </w:pPr>
      <w:r>
        <w:rPr>
          <w:rFonts w:ascii="Arial" w:hAnsi="Arial"/>
          <w:b/>
          <w:color w:val="000000"/>
          <w:sz w:val="34"/>
        </w:rPr>
        <w:t>Pain Flare Record</w:t>
      </w:r>
    </w:p>
    <w:p>
      <w:pPr>
        <w:keepNext w:val="0"/>
        <w:spacing w:before="0" w:after="80" w:line="259" w:lineRule="auto"/>
      </w:pPr>
      <w:r>
        <w:rPr>
          <w:rFonts w:ascii="Arial" w:hAnsi="Arial"/>
          <w:b w:val="0"/>
          <w:i w:val="0"/>
          <w:color w:val="5C666E"/>
          <w:sz w:val="17"/>
        </w:rPr>
        <w:t>Use this page for a noticeable increase or change in pain. Contact a healthcare professional when symptoms concern you.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Date and time flare began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Sudden or gradual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What I was doing before it began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Location and description of the pain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Highest pain during the flare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  <w:gridCol w:w="869"/>
      </w:tblGrid>
      <w:tr>
        <w:trPr>
          <w:cantSplit/>
        </w:trPr>
        <w:tc>
          <w:tcPr>
            <w:tcW w:type="dxa" w:w="869"/>
            <w:shd w:fill="E8F4F2"/>
            <w:tcMar>
              <w:top w:w="80" w:type="dxa"/>
              <w:start w:w="25" w:type="dxa"/>
              <w:bottom w:w="80" w:type="dxa"/>
              <w:end w:w="25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232B31"/>
                <w:sz w:val="18"/>
              </w:rPr>
              <w:t>0</w:t>
            </w:r>
          </w:p>
        </w:tc>
        <w:tc>
          <w:tcPr>
            <w:tcW w:type="dxa" w:w="869"/>
            <w:shd w:fill="FFFFFF"/>
            <w:tcMar>
              <w:top w:w="80" w:type="dxa"/>
              <w:start w:w="25" w:type="dxa"/>
              <w:bottom w:w="80" w:type="dxa"/>
              <w:end w:w="25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232B31"/>
                <w:sz w:val="18"/>
              </w:rPr>
              <w:t>1</w:t>
            </w:r>
          </w:p>
        </w:tc>
        <w:tc>
          <w:tcPr>
            <w:tcW w:type="dxa" w:w="869"/>
            <w:shd w:fill="FFFFFF"/>
            <w:tcMar>
              <w:top w:w="80" w:type="dxa"/>
              <w:start w:w="25" w:type="dxa"/>
              <w:bottom w:w="80" w:type="dxa"/>
              <w:end w:w="25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232B31"/>
                <w:sz w:val="18"/>
              </w:rPr>
              <w:t>2</w:t>
            </w:r>
          </w:p>
        </w:tc>
        <w:tc>
          <w:tcPr>
            <w:tcW w:type="dxa" w:w="869"/>
            <w:shd w:fill="FFFFFF"/>
            <w:tcMar>
              <w:top w:w="80" w:type="dxa"/>
              <w:start w:w="25" w:type="dxa"/>
              <w:bottom w:w="80" w:type="dxa"/>
              <w:end w:w="25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232B31"/>
                <w:sz w:val="18"/>
              </w:rPr>
              <w:t>3</w:t>
            </w:r>
          </w:p>
        </w:tc>
        <w:tc>
          <w:tcPr>
            <w:tcW w:type="dxa" w:w="869"/>
            <w:shd w:fill="FFFFFF"/>
            <w:tcMar>
              <w:top w:w="80" w:type="dxa"/>
              <w:start w:w="25" w:type="dxa"/>
              <w:bottom w:w="80" w:type="dxa"/>
              <w:end w:w="25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232B31"/>
                <w:sz w:val="18"/>
              </w:rPr>
              <w:t>4</w:t>
            </w:r>
          </w:p>
        </w:tc>
        <w:tc>
          <w:tcPr>
            <w:tcW w:type="dxa" w:w="869"/>
            <w:shd w:fill="FFFFFF"/>
            <w:tcMar>
              <w:top w:w="80" w:type="dxa"/>
              <w:start w:w="25" w:type="dxa"/>
              <w:bottom w:w="80" w:type="dxa"/>
              <w:end w:w="25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232B31"/>
                <w:sz w:val="18"/>
              </w:rPr>
              <w:t>5</w:t>
            </w:r>
          </w:p>
        </w:tc>
        <w:tc>
          <w:tcPr>
            <w:tcW w:type="dxa" w:w="869"/>
            <w:shd w:fill="FFFFFF"/>
            <w:tcMar>
              <w:top w:w="80" w:type="dxa"/>
              <w:start w:w="25" w:type="dxa"/>
              <w:bottom w:w="80" w:type="dxa"/>
              <w:end w:w="25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232B31"/>
                <w:sz w:val="18"/>
              </w:rPr>
              <w:t>6</w:t>
            </w:r>
          </w:p>
        </w:tc>
        <w:tc>
          <w:tcPr>
            <w:tcW w:type="dxa" w:w="869"/>
            <w:shd w:fill="FFFFFF"/>
            <w:tcMar>
              <w:top w:w="80" w:type="dxa"/>
              <w:start w:w="25" w:type="dxa"/>
              <w:bottom w:w="80" w:type="dxa"/>
              <w:end w:w="25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232B31"/>
                <w:sz w:val="18"/>
              </w:rPr>
              <w:t>7</w:t>
            </w:r>
          </w:p>
        </w:tc>
        <w:tc>
          <w:tcPr>
            <w:tcW w:type="dxa" w:w="869"/>
            <w:shd w:fill="FFFFFF"/>
            <w:tcMar>
              <w:top w:w="80" w:type="dxa"/>
              <w:start w:w="25" w:type="dxa"/>
              <w:bottom w:w="80" w:type="dxa"/>
              <w:end w:w="25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232B31"/>
                <w:sz w:val="18"/>
              </w:rPr>
              <w:t>8</w:t>
            </w:r>
          </w:p>
        </w:tc>
        <w:tc>
          <w:tcPr>
            <w:tcW w:type="dxa" w:w="869"/>
            <w:shd w:fill="FFFFFF"/>
            <w:tcMar>
              <w:top w:w="80" w:type="dxa"/>
              <w:start w:w="25" w:type="dxa"/>
              <w:bottom w:w="80" w:type="dxa"/>
              <w:end w:w="25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232B31"/>
                <w:sz w:val="18"/>
              </w:rPr>
              <w:t>9</w:t>
            </w:r>
          </w:p>
        </w:tc>
        <w:tc>
          <w:tcPr>
            <w:tcW w:type="dxa" w:w="869"/>
            <w:shd w:fill="E8F4F2"/>
            <w:tcMar>
              <w:top w:w="80" w:type="dxa"/>
              <w:start w:w="25" w:type="dxa"/>
              <w:bottom w:w="80" w:type="dxa"/>
              <w:end w:w="25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232B31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4345"/>
            <w:gridSpan w:val="5"/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  <w:tcMar>
              <w:top w:w="40" w:type="dxa"/>
              <w:start w:w="20" w:type="dxa"/>
              <w:bottom w:w="40" w:type="dxa"/>
              <w:end w:w="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i/>
                <w:color w:val="5C666E"/>
                <w:sz w:val="15"/>
              </w:rPr>
              <w:t>0 No pain</w:t>
            </w:r>
          </w:p>
        </w:tc>
        <w:tc>
          <w:tcPr>
            <w:tcW w:type="dxa" w:w="869"/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  <w:tcMar>
              <w:top w:w="40" w:type="dxa"/>
              <w:start w:w="20" w:type="dxa"/>
              <w:bottom w:w="40" w:type="dxa"/>
              <w:end w:w="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i/>
                <w:color w:val="5C666E"/>
                <w:sz w:val="15"/>
              </w:rPr>
              <w:t>Circle one</w:t>
            </w:r>
          </w:p>
        </w:tc>
        <w:tc>
          <w:tcPr>
            <w:tcW w:type="dxa" w:w="4345"/>
            <w:gridSpan w:val="5"/>
            <w:tcBorders>
              <w:top w:val="single" w:sz="0" w:color="FFFFFF"/>
              <w:start w:val="single" w:sz="0" w:color="FFFFFF"/>
              <w:bottom w:val="single" w:sz="0" w:color="FFFFFF"/>
              <w:end w:val="single" w:sz="0" w:color="FFFFFF"/>
              <w:insideH w:val="single" w:sz="0" w:color="FFFFFF"/>
              <w:insideV w:val="single" w:sz="0" w:color="FFFFFF"/>
            </w:tcBorders>
            <w:tcMar>
              <w:top w:w="40" w:type="dxa"/>
              <w:start w:w="20" w:type="dxa"/>
              <w:bottom w:w="40" w:type="dxa"/>
              <w:end w:w="20" w:type="dxa"/>
            </w:tcMar>
          </w:tcPr>
          <w:p>
            <w:pPr>
              <w:spacing w:after="0"/>
              <w:jc w:val="right"/>
            </w:pPr>
            <w:r>
              <w:rPr>
                <w:rFonts w:ascii="Arial" w:hAnsi="Arial"/>
                <w:i/>
                <w:color w:val="5C666E"/>
                <w:sz w:val="15"/>
              </w:rPr>
              <w:t>10 Worst pain you can imagine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Other symptoms or changes I noticed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What I tried and when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What happened afterward</w:t>
      </w:r>
      <w:r>
        <w:rPr>
          <w:rFonts w:ascii="Arial" w:hAnsi="Arial"/>
          <w:i/>
          <w:color w:val="5C666E"/>
          <w:sz w:val="17"/>
        </w:rPr>
        <w:t xml:space="preserve">  Benefit, side effect, function, or change in symptoms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824"/>
      </w:tblGrid>
      <w:tr>
        <w:trPr>
          <w:cantSplit/>
        </w:trPr>
        <w:tc>
          <w:tcPr>
            <w:tcW w:type="dxa" w:w="4752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Healthcare professional contacted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  <w:tc>
          <w:tcPr>
            <w:tcW w:type="dxa" w:w="4824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start w:val="single" w:sz="6" w:color="D9D9D9"/>
              <w:bottom w:val="single" w:sz="6" w:color="D9D9D9"/>
              <w:end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232B31"/>
                <w:sz w:val="19"/>
              </w:rPr>
              <w:t xml:space="preserve">Date and time  </w:t>
            </w:r>
            <w:r>
              <w:rPr>
                <w:rFonts w:ascii="Arial" w:hAnsi="Arial"/>
                <w:color w:val="5C666E"/>
                <w:sz w:val="19"/>
              </w:rPr>
              <w:t>________________________________</w:t>
            </w:r>
          </w:p>
        </w:tc>
      </w:tr>
    </w:tbl>
    <w:p>
      <w:pPr>
        <w:spacing w:after="20"/>
      </w:pP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Instructions I received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0" w:after="40"/>
      </w:pPr>
      <w:r>
        <w:rPr>
          <w:rFonts w:ascii="Arial" w:hAnsi="Arial"/>
          <w:b/>
          <w:color w:val="187D78"/>
          <w:sz w:val="17"/>
        </w:rPr>
        <w:t>FOR SAFE USE</w:t>
      </w:r>
    </w:p>
    <w:p>
      <w:pPr>
        <w:pStyle w:val="Heading1"/>
        <w:keepNext/>
        <w:spacing w:before="0" w:after="100"/>
      </w:pPr>
      <w:r>
        <w:rPr>
          <w:rFonts w:ascii="Arial" w:hAnsi="Arial"/>
          <w:b/>
          <w:color w:val="000000"/>
          <w:sz w:val="34"/>
        </w:rPr>
        <w:t>Sources and Important Information</w:t>
      </w:r>
    </w:p>
    <w:p>
      <w:pPr>
        <w:keepNext w:val="0"/>
        <w:spacing w:before="0" w:after="160" w:line="259" w:lineRule="auto"/>
      </w:pPr>
      <w:r>
        <w:rPr>
          <w:rFonts w:ascii="Arial" w:hAnsi="Arial"/>
          <w:b w:val="0"/>
          <w:i w:val="0"/>
          <w:color w:val="5C666E"/>
          <w:sz w:val="20"/>
        </w:rPr>
        <w:t>This journal uses a person-centered approach that considers pain, function, sleep, mood, treatment response, and individual goals.</w:t>
      </w:r>
    </w:p>
    <w:p>
      <w:pPr>
        <w:pStyle w:val="Heading2"/>
        <w:keepNext/>
        <w:spacing w:before="0" w:after="80"/>
      </w:pPr>
      <w:r>
        <w:rPr>
          <w:rFonts w:ascii="Arial" w:hAnsi="Arial"/>
          <w:b/>
          <w:color w:val="000000"/>
          <w:sz w:val="25"/>
        </w:rPr>
        <w:t>Medical Disclaimer</w:t>
      </w:r>
    </w:p>
    <w:p>
      <w:pPr>
        <w:keepNext w:val="0"/>
        <w:spacing w:before="0" w:after="120" w:line="269" w:lineRule="auto"/>
      </w:pPr>
      <w:r>
        <w:rPr>
          <w:rFonts w:ascii="Arial" w:hAnsi="Arial"/>
          <w:b w:val="0"/>
          <w:i w:val="0"/>
          <w:color w:val="232B31"/>
          <w:sz w:val="19"/>
        </w:rPr>
        <w:t>The Lean Pain Relief Initiative provides educational information and practical tools. It is not a clinic or medical practice. This journal does not provide a diagnosis, prescribe treatment, replace professional medical advice, or create a clinician-patient relationship. A qualified healthcare professional should interpret your symptoms and help you make treatment decisions based on your individual circumstances.</w:t>
      </w:r>
    </w:p>
    <w:p>
      <w:pPr>
        <w:keepNext w:val="0"/>
        <w:spacing w:before="0" w:after="160" w:line="269" w:lineRule="auto"/>
      </w:pPr>
      <w:r>
        <w:rPr>
          <w:rFonts w:ascii="Arial" w:hAnsi="Arial"/>
          <w:b w:val="0"/>
          <w:i w:val="0"/>
          <w:color w:val="232B31"/>
          <w:sz w:val="19"/>
        </w:rPr>
        <w:t>Do not use this journal to start, stop, taper, or change medication. Seek immediate help for a medical emergency. Warning signs vary, and this journal cannot list or evaluate every urgent situation.</w:t>
      </w:r>
    </w:p>
    <w:p>
      <w:pPr>
        <w:pStyle w:val="Heading2"/>
        <w:keepNext/>
        <w:spacing w:before="0" w:after="80"/>
      </w:pPr>
      <w:r>
        <w:rPr>
          <w:rFonts w:ascii="Arial" w:hAnsi="Arial"/>
          <w:b/>
          <w:color w:val="000000"/>
          <w:sz w:val="25"/>
        </w:rPr>
        <w:t>Privacy</w:t>
      </w:r>
    </w:p>
    <w:p>
      <w:pPr>
        <w:keepNext w:val="0"/>
        <w:spacing w:before="0" w:after="160" w:line="269" w:lineRule="auto"/>
      </w:pPr>
      <w:r>
        <w:rPr>
          <w:rFonts w:ascii="Arial" w:hAnsi="Arial"/>
          <w:b w:val="0"/>
          <w:i w:val="0"/>
          <w:color w:val="232B31"/>
          <w:sz w:val="19"/>
        </w:rPr>
        <w:t>This journal may contain sensitive health information. Store it securely. If you share it electronically, use a method recommended by your healthcare organization. You may use initials instead of your full name and share only the pages relevant to your care.</w:t>
      </w:r>
    </w:p>
    <w:p>
      <w:pPr>
        <w:pStyle w:val="Heading2"/>
        <w:keepNext/>
        <w:spacing w:before="0" w:after="80"/>
      </w:pPr>
      <w:r>
        <w:rPr>
          <w:rFonts w:ascii="Arial" w:hAnsi="Arial"/>
          <w:b/>
          <w:color w:val="000000"/>
          <w:sz w:val="25"/>
        </w:rPr>
        <w:t>Patient Education Sources</w:t>
      </w:r>
    </w:p>
    <w:p>
      <w:pPr>
        <w:keepNext w:val="0"/>
        <w:spacing w:before="0" w:after="60" w:line="259" w:lineRule="auto"/>
      </w:pPr>
      <w:r>
        <w:rPr>
          <w:rFonts w:ascii="Arial" w:hAnsi="Arial"/>
          <w:b w:val="0"/>
          <w:i w:val="0"/>
          <w:color w:val="232B31"/>
          <w:sz w:val="18"/>
        </w:rPr>
        <w:t xml:space="preserve">Centers for Disease Control and Prevention. Working Together With Your Doctor to Manage Your Pain. </w:t>
      </w:r>
      <w:hyperlink r:id="rId13">
        <w:r>
          <w:rPr>
            <w:rFonts w:ascii="Arial" w:hAnsi="Arial"/>
            <w:color w:val="187D78"/>
            <w:u w:val="single"/>
            <w:sz w:val="18"/>
          </w:rPr>
          <w:t>Read the CDC patient guidance</w:t>
        </w:r>
      </w:hyperlink>
    </w:p>
    <w:p>
      <w:pPr>
        <w:keepNext w:val="0"/>
        <w:spacing w:before="0" w:after="60" w:line="259" w:lineRule="auto"/>
      </w:pPr>
      <w:r>
        <w:rPr>
          <w:rFonts w:ascii="Arial" w:hAnsi="Arial"/>
          <w:b w:val="0"/>
          <w:i w:val="0"/>
          <w:color w:val="232B31"/>
          <w:sz w:val="18"/>
        </w:rPr>
        <w:t xml:space="preserve">Centers for Disease Control and Prevention. Opioid Therapy and Different Types of Pain. </w:t>
      </w:r>
      <w:hyperlink r:id="rId14">
        <w:r>
          <w:rPr>
            <w:rFonts w:ascii="Arial" w:hAnsi="Arial"/>
            <w:color w:val="187D78"/>
            <w:u w:val="single"/>
            <w:sz w:val="18"/>
          </w:rPr>
          <w:t>Read the CDC pain overview</w:t>
        </w:r>
      </w:hyperlink>
    </w:p>
    <w:p>
      <w:pPr>
        <w:keepNext w:val="0"/>
        <w:spacing w:before="0" w:after="60" w:line="259" w:lineRule="auto"/>
      </w:pPr>
      <w:r>
        <w:rPr>
          <w:rFonts w:ascii="Arial" w:hAnsi="Arial"/>
          <w:b w:val="0"/>
          <w:i w:val="0"/>
          <w:color w:val="232B31"/>
          <w:sz w:val="18"/>
        </w:rPr>
        <w:t xml:space="preserve">Centers for Disease Control and Prevention. Clinical Practice Guideline for Prescribing Opioids for Pain, United States, 2022. </w:t>
      </w:r>
      <w:hyperlink r:id="rId15">
        <w:r>
          <w:rPr>
            <w:rFonts w:ascii="Arial" w:hAnsi="Arial"/>
            <w:color w:val="187D78"/>
            <w:u w:val="single"/>
            <w:sz w:val="18"/>
          </w:rPr>
          <w:t>Read the guideline</w:t>
        </w:r>
      </w:hyperlink>
    </w:p>
    <w:p>
      <w:pPr>
        <w:keepNext w:val="0"/>
        <w:spacing w:before="160" w:after="200" w:line="264" w:lineRule="auto"/>
      </w:pPr>
      <w:r>
        <w:rPr>
          <w:rFonts w:ascii="Arial" w:hAnsi="Arial"/>
          <w:b w:val="0"/>
          <w:i/>
          <w:color w:val="5C666E"/>
          <w:sz w:val="18"/>
        </w:rPr>
        <w:t>These sources support shared decision-making, individualized care, attention to function and quality of life, and discussion of the benefits and risks of pain treatments. The journal is an original educational tool and is not a validated clinical assessment instrument.</w:t>
      </w:r>
    </w:p>
    <w:p>
      <w:pPr>
        <w:pStyle w:val="Heading2"/>
        <w:keepNext/>
        <w:spacing w:before="0" w:after="80"/>
      </w:pPr>
      <w:r>
        <w:rPr>
          <w:rFonts w:ascii="Arial" w:hAnsi="Arial"/>
          <w:b/>
          <w:color w:val="000000"/>
          <w:sz w:val="25"/>
        </w:rPr>
        <w:t>Notes</w:t>
      </w:r>
    </w:p>
    <w:p>
      <w:pPr>
        <w:keepNext/>
        <w:spacing w:before="20" w:after="40"/>
      </w:pPr>
      <w:r>
        <w:rPr>
          <w:rFonts w:ascii="Arial" w:hAnsi="Arial"/>
          <w:b/>
          <w:color w:val="232B31"/>
          <w:sz w:val="20"/>
        </w:rPr>
        <w:t>Additional notes or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76"/>
      </w:tblGrid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9576"/>
            <w:tcMar>
              <w:top w:w="75" w:type="dxa"/>
              <w:start w:w="120" w:type="dxa"/>
              <w:bottom w:w="75" w:type="dxa"/>
              <w:end w:w="120" w:type="dxa"/>
            </w:tcMar>
            <w:tcBorders>
              <w:top w:val="nil"/>
              <w:start w:val="nil"/>
              <w:bottom w:val="single" w:sz="6" w:color="D9D9D9"/>
              <w:end w:val="nil"/>
              <w:insideH w:val="nil"/>
              <w:insideV w:val="nil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keepNext w:val="0"/>
        <w:spacing w:before="160" w:after="0" w:line="259" w:lineRule="auto"/>
        <w:jc w:val="center"/>
      </w:pPr>
      <w:r>
        <w:rPr>
          <w:rFonts w:ascii="Arial" w:hAnsi="Arial"/>
          <w:b w:val="0"/>
          <w:i w:val="0"/>
          <w:color w:val="5C666E"/>
          <w:sz w:val="17"/>
        </w:rPr>
        <w:t>Copyright 2026 Lean Pain Relief Initiative. For personal educational use.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2240" w:h="15840"/>
      <w:pgMar w:top="893" w:right="1123" w:bottom="893" w:left="1123" w:header="360" w:footer="36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8208"/>
      <w:gridCol w:w="1785"/>
    </w:tblGrid>
    <w:tr>
      <w:tc>
        <w:tcPr>
          <w:tcW w:type="dxa" w:w="8208"/>
          <w:tcBorders>
            <w:top w:val="single" w:sz="0" w:color="FFFFFF"/>
            <w:start w:val="single" w:sz="0" w:color="FFFFFF"/>
            <w:bottom w:val="single" w:sz="0" w:color="FFFFFF"/>
            <w:end w:val="single" w:sz="0" w:color="FFFFFF"/>
            <w:insideH w:val="single" w:sz="0" w:color="FFFFFF"/>
            <w:insideV w:val="single" w:sz="0" w:color="FFFFFF"/>
          </w:tcBorders>
          <w:tcMar>
            <w:top w:w="20" w:type="dxa"/>
            <w:start w:w="0" w:type="dxa"/>
            <w:bottom w:w="20" w:type="dxa"/>
            <w:end w:w="0" w:type="dxa"/>
          </w:tcMar>
        </w:tcPr>
        <w:p>
          <w:pPr>
            <w:spacing w:after="0"/>
          </w:pPr>
          <w:r>
            <w:rPr>
              <w:rFonts w:ascii="Arial" w:hAnsi="Arial"/>
              <w:color w:val="5C666E"/>
              <w:sz w:val="15"/>
            </w:rPr>
            <w:t>Educational tool only. It does not replace medical advice or emergency care.</w:t>
          </w:r>
        </w:p>
      </w:tc>
      <w:tc>
        <w:tcPr>
          <w:tcW w:type="dxa" w:w="1785"/>
          <w:tcBorders>
            <w:top w:val="single" w:sz="0" w:color="FFFFFF"/>
            <w:start w:val="single" w:sz="0" w:color="FFFFFF"/>
            <w:bottom w:val="single" w:sz="0" w:color="FFFFFF"/>
            <w:end w:val="single" w:sz="0" w:color="FFFFFF"/>
            <w:insideH w:val="single" w:sz="0" w:color="FFFFFF"/>
            <w:insideV w:val="single" w:sz="0" w:color="FFFFFF"/>
          </w:tcBorders>
          <w:tcMar>
            <w:top w:w="20" w:type="dxa"/>
            <w:start w:w="0" w:type="dxa"/>
            <w:bottom w:w="20" w:type="dxa"/>
            <w:end w:w="0" w:type="dxa"/>
          </w:tcMar>
        </w:tcPr>
        <w:p>
          <w:pPr>
            <w:jc w:val="right"/>
          </w:pPr>
          <w:r>
            <w:rPr>
              <w:rFonts w:ascii="Arial" w:hAnsi="Arial"/>
              <w:color w:val="5C666E"/>
              <w:sz w:val="16"/>
            </w:rPr>
            <w:t xml:space="preserve">Page </w:t>
            <w:fldChar w:fldCharType="begin"/>
            <w:instrText xml:space="preserve"> PAGE </w:instrText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Arial" w:hAnsi="Arial"/>
        <w:color w:val="5C666E"/>
        <w:sz w:val="16"/>
      </w:rPr>
      <w:t>Lean Pain Relief Initiative   |   Patient education resource   |   Version 1.0 September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/>
        <w:b/>
        <w:color w:val="187D78"/>
        <w:sz w:val="15"/>
      </w:rPr>
      <w:t>LEAN PAIN RELIEF INITIATIVE</w:t>
    </w:r>
    <w:r>
      <w:rPr>
        <w:rFonts w:ascii="Arial" w:hAnsi="Arial"/>
        <w:color w:val="5C666E"/>
        <w:sz w:val="15"/>
      </w:rPr>
      <w:t xml:space="preserve">   |   7 DAY PAIN AND FUNCTION JOURNAL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32B3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image" Target="media/image1.png"/><Relationship Id="rId13" Type="http://schemas.openxmlformats.org/officeDocument/2006/relationships/hyperlink" Target="https://www.cdc.gov/overdose-prevention/manage-treat-pain/manage-pain-with-doctor.html" TargetMode="External"/><Relationship Id="rId14" Type="http://schemas.openxmlformats.org/officeDocument/2006/relationships/hyperlink" Target="https://www.cdc.gov/overdose-prevention/manage-treat-pain/index.html" TargetMode="External"/><Relationship Id="rId15" Type="http://schemas.openxmlformats.org/officeDocument/2006/relationships/hyperlink" Target="https://www.cdc.gov/mmwr/volumes/71/rr/rr7103a1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Lean Pain Relief 7 Day Pain and Function Journal</dc:title>
  <dc:subject>Patient pain tracking and visit preparation tool</dc:subject>
  <dc:creator>Lean Pain Relief Initiative</dc:creator>
  <cp:keywords>pain journal, pain tracker, function, patient education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